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right"/>
      </w:pPr>
      <w:r>
        <w:rPr>
          <w:rFonts w:ascii="Aptos" w:hAnsi="Aptos"/>
          <w:b w:val="0"/>
          <w:i w:val="0"/>
          <w:color w:val="5A6772"/>
          <w:sz w:val="21"/>
        </w:rPr>
        <w:t>[Date]</w:t>
      </w:r>
    </w:p>
    <w:p>
      <w:pPr>
        <w:spacing w:after="20"/>
      </w:pPr>
      <w:r>
        <w:rPr>
          <w:rFonts w:ascii="Aptos" w:hAnsi="Aptos"/>
          <w:b w:val="0"/>
          <w:i w:val="0"/>
          <w:color w:val="202124"/>
          <w:sz w:val="21"/>
        </w:rPr>
        <w:t>[Recipient’s Name]</w:t>
      </w:r>
    </w:p>
    <w:p>
      <w:pPr>
        <w:spacing w:after="20"/>
      </w:pPr>
      <w:r>
        <w:rPr>
          <w:rFonts w:ascii="Aptos" w:hAnsi="Aptos"/>
          <w:b w:val="0"/>
          <w:i w:val="0"/>
          <w:color w:val="202124"/>
          <w:sz w:val="21"/>
        </w:rPr>
        <w:t>[Position/Office]</w:t>
      </w:r>
    </w:p>
    <w:p>
      <w:pPr>
        <w:spacing w:after="20"/>
      </w:pPr>
      <w:r>
        <w:rPr>
          <w:rFonts w:ascii="Aptos" w:hAnsi="Aptos"/>
          <w:b w:val="0"/>
          <w:i w:val="0"/>
          <w:color w:val="202124"/>
          <w:sz w:val="21"/>
        </w:rPr>
        <w:t>[Institution/Organisation]</w:t>
      </w:r>
    </w:p>
    <w:p>
      <w:pPr>
        <w:spacing w:after="20"/>
      </w:pPr>
      <w:r>
        <w:rPr>
          <w:rFonts w:ascii="Aptos" w:hAnsi="Aptos"/>
          <w:b w:val="0"/>
          <w:i w:val="0"/>
          <w:color w:val="202124"/>
          <w:sz w:val="21"/>
        </w:rPr>
        <w:t>[Postal Address]</w:t>
      </w:r>
    </w:p>
    <w:p>
      <w:pPr>
        <w:spacing w:after="20"/>
      </w:pPr>
      <w:r>
        <w:rPr>
          <w:rFonts w:ascii="Aptos" w:hAnsi="Aptos"/>
          <w:b w:val="0"/>
          <w:i w:val="0"/>
          <w:color w:val="202124"/>
          <w:sz w:val="21"/>
        </w:rPr>
        <w:t>[City, Country]</w:t>
      </w:r>
    </w:p>
    <w:p>
      <w:pPr>
        <w:spacing w:before="200" w:after="200"/>
      </w:pPr>
      <w:r>
        <w:rPr>
          <w:rFonts w:ascii="Aptos" w:hAnsi="Aptos"/>
          <w:b w:val="0"/>
          <w:i w:val="0"/>
          <w:color w:val="202124"/>
          <w:sz w:val="21"/>
        </w:rPr>
        <w:t>Dear [Title and Surname],</w:t>
      </w:r>
    </w:p>
    <w:p>
      <w:pPr>
        <w:pStyle w:val="LetterSubject"/>
      </w:pPr>
      <w:r>
        <w:rPr>
          <w:rFonts w:ascii="Aptos" w:hAnsi="Aptos"/>
          <w:b/>
          <w:i w:val="0"/>
          <w:color w:val="17365D"/>
          <w:sz w:val="22"/>
        </w:rPr>
        <w:t>RE: [SUBJECT OF LETTER]</w:t>
      </w:r>
    </w:p>
    <w:p>
      <w:pPr>
        <w:spacing w:after="200"/>
      </w:pPr>
      <w:r>
        <w:rPr>
          <w:rFonts w:ascii="Aptos" w:hAnsi="Aptos"/>
          <w:b w:val="0"/>
          <w:i/>
          <w:color w:val="5A6772"/>
          <w:sz w:val="21"/>
        </w:rPr>
        <w:t>[Begin the letter here. Replace this text with the purpose of the correspondence.]</w:t>
      </w:r>
    </w:p>
    <w:p>
      <w:pPr>
        <w:spacing w:after="200"/>
      </w:pPr>
      <w:r>
        <w:rPr>
          <w:rFonts w:ascii="Aptos" w:hAnsi="Aptos"/>
          <w:b w:val="0"/>
          <w:i/>
          <w:color w:val="5A6772"/>
          <w:sz w:val="21"/>
        </w:rPr>
        <w:t>[Use additional paragraphs as required. The header and footer will remain in place on subsequent pages.]</w:t>
      </w:r>
    </w:p>
    <w:p>
      <w:pPr>
        <w:spacing w:before="200" w:after="60"/>
      </w:pPr>
      <w:r>
        <w:rPr>
          <w:rFonts w:ascii="Aptos" w:hAnsi="Aptos"/>
          <w:b w:val="0"/>
          <w:i w:val="0"/>
          <w:color w:val="202124"/>
          <w:sz w:val="21"/>
        </w:rPr>
        <w:t>Yours faithfully,</w:t>
      </w:r>
    </w:p>
    <w:p>
      <w:pPr>
        <w:spacing w:after="20"/>
      </w:pPr>
      <w:r>
        <w:rPr>
          <w:rFonts w:ascii="Aptos" w:hAnsi="Aptos"/>
          <w:b w:val="0"/>
          <w:i w:val="0"/>
          <w:color w:val="202124"/>
          <w:sz w:val="21"/>
        </w:rPr>
      </w:r>
    </w:p>
    <w:p>
      <w:pPr>
        <w:spacing w:after="20"/>
      </w:pPr>
      <w:r>
        <w:rPr>
          <w:rFonts w:ascii="Aptos" w:hAnsi="Aptos"/>
          <w:b/>
          <w:i w:val="0"/>
          <w:color w:val="17365D"/>
          <w:sz w:val="21"/>
        </w:rPr>
        <w:t>[Name of Signatory]</w:t>
      </w:r>
    </w:p>
    <w:p>
      <w:pPr>
        <w:spacing w:after="20"/>
      </w:pPr>
      <w:r>
        <w:rPr>
          <w:rFonts w:ascii="Aptos" w:hAnsi="Aptos"/>
          <w:b w:val="0"/>
          <w:i w:val="0"/>
          <w:color w:val="202124"/>
          <w:sz w:val="21"/>
        </w:rPr>
        <w:t>[Official Position]</w:t>
      </w:r>
    </w:p>
    <w:p>
      <w:pPr>
        <w:spacing w:after="20"/>
      </w:pPr>
      <w:r>
        <w:rPr>
          <w:rFonts w:ascii="Aptos" w:hAnsi="Aptos"/>
          <w:b w:val="0"/>
          <w:i w:val="0"/>
          <w:color w:val="202124"/>
          <w:sz w:val="21"/>
        </w:rPr>
        <w:t>ResearchBridge Africa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2232" w:right="1267" w:bottom="1123" w:left="126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100"/>
      <w:pBdr>
        <w:bottom w:val="single" w:sz="6" w:space="2" w:color="159A9C"/>
      </w:pBdr>
    </w:pPr>
  </w:p>
  <w:tbl>
    <w:tblPr>
      <w:tblW w:type="dxa" w:w="9371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8020"/>
      <w:gridCol w:w="1351"/>
    </w:tblGrid>
    <w:tr>
      <w:tc>
        <w:tcPr>
          <w:tcW w:type="dxa" w:w="8020"/>
          <w:tcMar>
            <w:top w:w="0" w:type="dxa"/>
            <w:start w:w="0" w:type="dxa"/>
            <w:bottom w:w="0" w:type="dxa"/>
            <w:end w:w="0" w:type="dxa"/>
          </w:tcMar>
          <w:vAlign w:val="center"/>
        </w:tcPr>
        <w:p>
          <w:pPr>
            <w:spacing w:after="0"/>
          </w:pPr>
          <w:r>
            <w:rPr>
              <w:rFonts w:ascii="Aptos" w:hAnsi="Aptos"/>
              <w:b/>
              <w:i w:val="0"/>
              <w:color w:val="17365D"/>
              <w:sz w:val="15"/>
            </w:rPr>
            <w:t>TOPIC DEVELOPMENT  •  LEARNING  •  MENTORSHIP  •  PEER REVIEW  •  PUBLICATION</w:t>
          </w:r>
        </w:p>
      </w:tc>
      <w:tc>
        <w:tcPr>
          <w:tcW w:type="dxa" w:w="1351"/>
          <w:tcMar>
            <w:top w:w="0" w:type="dxa"/>
            <w:start w:w="0" w:type="dxa"/>
            <w:bottom w:w="0" w:type="dxa"/>
            <w:end w:w="0" w:type="dxa"/>
          </w:tcMar>
          <w:vAlign w:val="center"/>
        </w:tcPr>
        <w:p>
          <w:pPr>
            <w:spacing w:after="0"/>
            <w:jc w:val="right"/>
          </w:pPr>
          <w:r>
            <w:rPr>
              <w:rFonts w:ascii="Aptos" w:hAnsi="Aptos"/>
              <w:b w:val="0"/>
              <w:i w:val="0"/>
              <w:color w:val="5A6772"/>
              <w:sz w:val="16"/>
            </w:rPr>
            <w:t xml:space="preserve">PAGE </w:t>
          </w:r>
          <w:r>
            <w:rPr>
              <w:rFonts w:ascii="Aptos" w:hAnsi="Aptos"/>
              <w:b w:val="0"/>
              <w:i w:val="0"/>
              <w:color w:val="5A6772"/>
              <w:sz w:val="16"/>
            </w:rPr>
            <w:fldChar w:fldCharType="begin"/>
            <w:instrText xml:space="preserve"> PAGE </w:instrText>
            <w:fldChar w:fldCharType="separate"/>
            <w:t>1</w: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71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976"/>
      <w:gridCol w:w="3395"/>
    </w:tblGrid>
    <w:tr>
      <w:tc>
        <w:tcPr>
          <w:tcW w:type="dxa" w:w="5976"/>
          <w:tcMar>
            <w:top w:w="0" w:type="dxa"/>
            <w:start w:w="0" w:type="dxa"/>
            <w:bottom w:w="40" w:type="dxa"/>
            <w:end w:w="120" w:type="dxa"/>
          </w:tcMar>
          <w:vAlign w:val="center"/>
        </w:tcPr>
        <w:p>
          <w:pPr>
            <w:spacing w:after="0"/>
          </w:pPr>
          <w:r>
            <w:drawing>
              <wp:inline xmlns:a="http://schemas.openxmlformats.org/drawingml/2006/main" xmlns:pic="http://schemas.openxmlformats.org/drawingml/2006/picture">
                <wp:extent cx="3246120" cy="862189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ResearchBridge_Africa_Logo_Primary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6120" cy="862189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3395"/>
          <w:tcMar>
            <w:top w:w="40" w:type="dxa"/>
            <w:start w:w="120" w:type="dxa"/>
            <w:bottom w:w="40" w:type="dxa"/>
            <w:end w:w="0" w:type="dxa"/>
          </w:tcMar>
          <w:vAlign w:val="center"/>
        </w:tcPr>
        <w:p>
          <w:pPr>
            <w:spacing w:after="40"/>
            <w:jc w:val="right"/>
          </w:pPr>
          <w:r>
            <w:rPr>
              <w:rFonts w:ascii="Aptos" w:hAnsi="Aptos"/>
              <w:b/>
              <w:i w:val="0"/>
              <w:color w:val="17365D"/>
              <w:sz w:val="17"/>
            </w:rPr>
            <w:t>FROM RESEARCH IDEA</w:t>
          </w:r>
        </w:p>
        <w:p>
          <w:pPr>
            <w:spacing w:after="100"/>
            <w:jc w:val="right"/>
          </w:pPr>
          <w:r>
            <w:rPr>
              <w:rFonts w:ascii="Aptos" w:hAnsi="Aptos"/>
              <w:b/>
              <w:i w:val="0"/>
              <w:color w:val="159A9C"/>
              <w:sz w:val="17"/>
            </w:rPr>
            <w:t>TO PUBLISHED IMPACT</w:t>
          </w:r>
        </w:p>
        <w:p>
          <w:pPr>
            <w:spacing w:after="20"/>
            <w:jc w:val="right"/>
          </w:pPr>
          <w:r>
            <w:rPr>
              <w:rFonts w:ascii="Aptos" w:hAnsi="Aptos"/>
              <w:b w:val="0"/>
              <w:i w:val="0"/>
              <w:color w:val="5A6772"/>
              <w:sz w:val="16"/>
            </w:rPr>
            <w:t>Ghana</w:t>
          </w:r>
        </w:p>
        <w:p>
          <w:pPr>
            <w:spacing w:after="0"/>
            <w:jc w:val="right"/>
          </w:pPr>
          <w:r>
            <w:rPr>
              <w:rFonts w:ascii="Aptos" w:hAnsi="Aptos"/>
              <w:b w:val="0"/>
              <w:i w:val="0"/>
              <w:color w:val="2E75B6"/>
              <w:sz w:val="15"/>
            </w:rPr>
            <w:t>researchbridge-africa.xanderamoah.chatgpt.site</w:t>
          </w:r>
        </w:p>
      </w:tc>
    </w:tr>
  </w:tbl>
  <w:p>
    <w:pPr>
      <w:spacing w:before="40" w:after="0"/>
      <w:pBdr>
        <w:bottom w:val="single" w:sz="14" w:space="1" w:color="159A9C"/>
      </w:pBdr>
    </w:pPr>
  </w:p>
  <w:p>
    <w:pPr>
      <w:spacing w:before="0" w:after="0"/>
      <w:pBdr>
        <w:bottom w:val="single" w:sz="5" w:space="0" w:color="D9A441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276" w:lineRule="auto"/>
    </w:pPr>
    <w:rPr>
      <w:rFonts w:ascii="Aptos" w:hAnsi="Aptos"/>
      <w:color w:val="20212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E75B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159A9C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tterSubject">
    <w:name w:val="Letter Subject"/>
    <w:pPr>
      <w:spacing w:before="120" w:after="240"/>
    </w:pPr>
    <w:rPr>
      <w:rFonts w:ascii="Aptos" w:hAnsi="Aptos"/>
      <w:b/>
      <w:color w:val="17365D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ResearchBridge Africa Letterhead</dc:title>
  <dc:subject>Editable institutional letterhead template</dc:subject>
  <dc:creator>ResearchBridge Africa</dc:creator>
  <cp:keywords>ResearchBridge Africa, letterhead, institutional correspondence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